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B1E" w:rsidRPr="006E5C04" w:rsidRDefault="007E3B1E" w:rsidP="00DD4AA6">
      <w:pPr>
        <w:spacing w:beforeLines="50" w:before="120" w:after="0" w:line="300" w:lineRule="exact"/>
        <w:rPr>
          <w:rFonts w:ascii="芫荽" w:eastAsia="芫荽" w:hAnsi="芫荽" w:cs="芫荽"/>
          <w:lang w:eastAsia="zh-TW"/>
        </w:rPr>
      </w:pPr>
      <w:bookmarkStart w:id="0" w:name="_GoBack"/>
      <w:bookmarkEnd w:id="0"/>
    </w:p>
    <w:p w:rsidR="007E3B1E" w:rsidRPr="006E5C04" w:rsidRDefault="009535C2" w:rsidP="00DD4AA6">
      <w:pPr>
        <w:spacing w:after="0" w:line="240" w:lineRule="auto"/>
        <w:jc w:val="center"/>
        <w:rPr>
          <w:rFonts w:ascii="芫荽" w:eastAsia="芫荽" w:hAnsi="芫荽" w:cs="芫荽"/>
          <w:lang w:eastAsia="zh-TW"/>
        </w:rPr>
      </w:pPr>
      <w:r w:rsidRPr="006E5C04">
        <w:rPr>
          <w:rFonts w:ascii="芫荽" w:eastAsia="芫荽" w:hAnsi="芫荽" w:cs="芫荽"/>
          <w:b/>
          <w:sz w:val="24"/>
          <w:lang w:eastAsia="zh-TW"/>
        </w:rPr>
        <w:t>國立臺南第一高級中學</w:t>
      </w:r>
    </w:p>
    <w:p w:rsidR="007E3B1E" w:rsidRPr="006E5C04" w:rsidRDefault="009535C2" w:rsidP="00DD4AA6">
      <w:pPr>
        <w:spacing w:after="0" w:line="240" w:lineRule="auto"/>
        <w:jc w:val="center"/>
        <w:rPr>
          <w:rFonts w:ascii="芫荽" w:eastAsia="芫荽" w:hAnsi="芫荽" w:cs="芫荽"/>
          <w:b/>
          <w:sz w:val="38"/>
          <w:lang w:eastAsia="zh-TW"/>
        </w:rPr>
      </w:pPr>
      <w:r w:rsidRPr="006E5C04">
        <w:rPr>
          <w:rFonts w:ascii="芫荽" w:eastAsia="芫荽" w:hAnsi="芫荽" w:cs="芫荽"/>
          <w:b/>
          <w:sz w:val="38"/>
          <w:lang w:eastAsia="zh-TW"/>
        </w:rPr>
        <w:t>2027 年日本國際教育參訪家長同意書</w:t>
      </w:r>
    </w:p>
    <w:p w:rsidR="007E3B1E" w:rsidRPr="006E5C04" w:rsidRDefault="009535C2" w:rsidP="00DD4AA6">
      <w:pPr>
        <w:spacing w:beforeLines="50" w:before="120" w:afterLines="100" w:after="240" w:line="240" w:lineRule="auto"/>
        <w:ind w:leftChars="100" w:left="200"/>
        <w:rPr>
          <w:rFonts w:ascii="芫荽" w:eastAsia="芫荽" w:hAnsi="芫荽" w:cs="芫荽"/>
          <w:sz w:val="28"/>
          <w:szCs w:val="28"/>
          <w:lang w:eastAsia="zh-TW"/>
        </w:rPr>
      </w:pPr>
      <w:r w:rsidRPr="006E5C04">
        <w:rPr>
          <w:rFonts w:ascii="芫荽" w:eastAsia="芫荽" w:hAnsi="芫荽" w:cs="芫荽"/>
          <w:sz w:val="28"/>
          <w:szCs w:val="28"/>
          <w:lang w:eastAsia="zh-TW"/>
        </w:rPr>
        <w:t>茲同意子弟</w:t>
      </w:r>
      <w:r w:rsidRPr="006E5C04">
        <w:rPr>
          <w:rFonts w:ascii="芫荽" w:eastAsia="芫荽" w:hAnsi="芫荽" w:cs="芫荽"/>
          <w:sz w:val="28"/>
          <w:szCs w:val="28"/>
          <w:u w:val="single"/>
          <w:lang w:eastAsia="zh-TW"/>
        </w:rPr>
        <w:t xml:space="preserve">　　　</w:t>
      </w:r>
      <w:r w:rsidR="00DD4AA6" w:rsidRPr="006E5C04">
        <w:rPr>
          <w:rFonts w:ascii="芫荽" w:eastAsia="芫荽" w:hAnsi="芫荽" w:cs="芫荽" w:hint="eastAsia"/>
          <w:sz w:val="28"/>
          <w:szCs w:val="28"/>
          <w:u w:val="single"/>
          <w:lang w:eastAsia="zh-TW"/>
        </w:rPr>
        <w:t xml:space="preserve"> </w:t>
      </w:r>
      <w:r w:rsidRPr="006E5C04">
        <w:rPr>
          <w:rFonts w:ascii="芫荽" w:eastAsia="芫荽" w:hAnsi="芫荽" w:cs="芫荽"/>
          <w:sz w:val="28"/>
          <w:szCs w:val="28"/>
          <w:u w:val="single"/>
          <w:lang w:eastAsia="zh-TW"/>
        </w:rPr>
        <w:t xml:space="preserve">　　　　　　　　　</w:t>
      </w:r>
      <w:r w:rsidRPr="006E5C04">
        <w:rPr>
          <w:rFonts w:ascii="芫荽" w:eastAsia="芫荽" w:hAnsi="芫荽" w:cs="芫荽"/>
          <w:sz w:val="28"/>
          <w:szCs w:val="28"/>
          <w:lang w:eastAsia="zh-TW"/>
        </w:rPr>
        <w:t>參加本校 2027 年日本國際教育參訪（含城市探索）活動。</w:t>
      </w:r>
    </w:p>
    <w:tbl>
      <w:tblPr>
        <w:tblW w:w="9647" w:type="dxa"/>
        <w:jc w:val="center"/>
        <w:tblBorders>
          <w:top w:val="single" w:sz="5" w:space="0" w:color="CBD4DA"/>
          <w:left w:val="single" w:sz="5" w:space="0" w:color="CBD4DA"/>
          <w:bottom w:val="single" w:sz="5" w:space="0" w:color="CBD4DA"/>
          <w:right w:val="single" w:sz="5" w:space="0" w:color="CBD4DA"/>
          <w:insideH w:val="single" w:sz="5" w:space="0" w:color="CBD4DA"/>
          <w:insideV w:val="single" w:sz="5" w:space="0" w:color="CBD4DA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7703"/>
      </w:tblGrid>
      <w:tr w:rsidR="00DD4AA6" w:rsidRPr="006E5C04">
        <w:trPr>
          <w:jc w:val="center"/>
        </w:trPr>
        <w:tc>
          <w:tcPr>
            <w:tcW w:w="1944" w:type="dxa"/>
            <w:shd w:val="clear" w:color="auto" w:fill="17324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4"/>
                <w:szCs w:val="24"/>
              </w:rPr>
            </w:pPr>
            <w:r w:rsidRPr="006E5C04">
              <w:rPr>
                <w:rFonts w:ascii="芫荽" w:eastAsia="芫荽" w:hAnsi="芫荽" w:cs="芫荽"/>
                <w:b/>
                <w:sz w:val="24"/>
                <w:szCs w:val="24"/>
              </w:rPr>
              <w:t>活動時間</w:t>
            </w:r>
          </w:p>
        </w:tc>
        <w:tc>
          <w:tcPr>
            <w:tcW w:w="7703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4"/>
                <w:szCs w:val="24"/>
              </w:rPr>
            </w:pPr>
            <w:r w:rsidRPr="006E5C04">
              <w:rPr>
                <w:rFonts w:ascii="芫荽" w:eastAsia="芫荽" w:hAnsi="芫荽" w:cs="芫荽"/>
                <w:sz w:val="24"/>
                <w:szCs w:val="24"/>
              </w:rPr>
              <w:t>2027 年 2 月 14 日（日）至 2 月 20 日（六），7 天 6 夜</w:t>
            </w:r>
          </w:p>
        </w:tc>
      </w:tr>
      <w:tr w:rsidR="00DD4AA6" w:rsidRPr="006E5C04">
        <w:trPr>
          <w:jc w:val="center"/>
        </w:trPr>
        <w:tc>
          <w:tcPr>
            <w:tcW w:w="1944" w:type="dxa"/>
            <w:shd w:val="clear" w:color="auto" w:fill="17324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4"/>
                <w:szCs w:val="24"/>
              </w:rPr>
            </w:pPr>
            <w:r w:rsidRPr="006E5C04">
              <w:rPr>
                <w:rFonts w:ascii="芫荽" w:eastAsia="芫荽" w:hAnsi="芫荽" w:cs="芫荽"/>
                <w:b/>
                <w:sz w:val="24"/>
                <w:szCs w:val="24"/>
              </w:rPr>
              <w:t>活動地點</w:t>
            </w:r>
          </w:p>
        </w:tc>
        <w:tc>
          <w:tcPr>
            <w:tcW w:w="7703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4"/>
                <w:szCs w:val="24"/>
                <w:lang w:eastAsia="zh-TW"/>
              </w:rPr>
            </w:pPr>
            <w:r w:rsidRPr="006E5C04">
              <w:rPr>
                <w:rFonts w:ascii="芫荽" w:eastAsia="芫荽" w:hAnsi="芫荽" w:cs="芫荽"/>
                <w:sz w:val="24"/>
                <w:szCs w:val="24"/>
                <w:lang w:eastAsia="zh-TW"/>
              </w:rPr>
              <w:t>日本東京都、長野縣及千葉縣成田地區</w:t>
            </w:r>
          </w:p>
        </w:tc>
      </w:tr>
      <w:tr w:rsidR="00DD4AA6" w:rsidRPr="006E5C04">
        <w:trPr>
          <w:jc w:val="center"/>
        </w:trPr>
        <w:tc>
          <w:tcPr>
            <w:tcW w:w="1944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4"/>
                <w:szCs w:val="24"/>
              </w:rPr>
            </w:pPr>
            <w:r w:rsidRPr="006E5C04">
              <w:rPr>
                <w:rFonts w:ascii="芫荽" w:eastAsia="芫荽" w:hAnsi="芫荽" w:cs="芫荽"/>
                <w:b/>
                <w:sz w:val="24"/>
                <w:szCs w:val="24"/>
              </w:rPr>
              <w:t>活動內容</w:t>
            </w:r>
          </w:p>
        </w:tc>
        <w:tc>
          <w:tcPr>
            <w:tcW w:w="7703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4"/>
                <w:szCs w:val="24"/>
                <w:lang w:eastAsia="zh-TW"/>
              </w:rPr>
            </w:pPr>
            <w:r w:rsidRPr="006E5C04">
              <w:rPr>
                <w:rFonts w:ascii="芫荽" w:eastAsia="芫荽" w:hAnsi="芫荽" w:cs="芫荽"/>
                <w:sz w:val="24"/>
                <w:szCs w:val="24"/>
                <w:lang w:eastAsia="zh-TW"/>
              </w:rPr>
              <w:t>學校交流、住宿家庭、滑雪、文化參訪及城市探索</w:t>
            </w:r>
          </w:p>
        </w:tc>
      </w:tr>
      <w:tr w:rsidR="00DD4AA6" w:rsidRPr="006E5C04">
        <w:trPr>
          <w:jc w:val="center"/>
        </w:trPr>
        <w:tc>
          <w:tcPr>
            <w:tcW w:w="1944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4"/>
                <w:szCs w:val="24"/>
              </w:rPr>
            </w:pPr>
            <w:r w:rsidRPr="006E5C04">
              <w:rPr>
                <w:rFonts w:ascii="芫荽" w:eastAsia="芫荽" w:hAnsi="芫荽" w:cs="芫荽"/>
                <w:b/>
                <w:sz w:val="24"/>
                <w:szCs w:val="24"/>
              </w:rPr>
              <w:t>預估費用</w:t>
            </w:r>
          </w:p>
        </w:tc>
        <w:tc>
          <w:tcPr>
            <w:tcW w:w="7703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4"/>
                <w:szCs w:val="24"/>
              </w:rPr>
            </w:pPr>
            <w:r w:rsidRPr="006E5C04">
              <w:rPr>
                <w:rFonts w:ascii="芫荽" w:eastAsia="芫荽" w:hAnsi="芫荽" w:cs="芫荽"/>
                <w:sz w:val="24"/>
                <w:szCs w:val="24"/>
              </w:rPr>
              <w:t>每名學生約新臺幣 59,000 元</w:t>
            </w:r>
          </w:p>
        </w:tc>
      </w:tr>
    </w:tbl>
    <w:p w:rsidR="007E3B1E" w:rsidRPr="006E5C04" w:rsidRDefault="009535C2" w:rsidP="00DD4AA6">
      <w:pPr>
        <w:pStyle w:val="1"/>
        <w:pBdr>
          <w:bottom w:val="single" w:sz="8" w:space="3" w:color="A62C2B"/>
        </w:pBdr>
        <w:spacing w:beforeLines="100" w:before="240" w:line="340" w:lineRule="exact"/>
        <w:rPr>
          <w:rFonts w:ascii="芫荽" w:eastAsia="芫荽" w:hAnsi="芫荽" w:cs="芫荽"/>
          <w:color w:val="auto"/>
          <w:sz w:val="26"/>
          <w:szCs w:val="26"/>
        </w:rPr>
      </w:pPr>
      <w:r w:rsidRPr="006E5C04">
        <w:rPr>
          <w:rFonts w:ascii="芫荽" w:eastAsia="芫荽" w:hAnsi="芫荽" w:cs="芫荽"/>
          <w:color w:val="auto"/>
          <w:sz w:val="26"/>
          <w:szCs w:val="26"/>
        </w:rPr>
        <w:t>城市探索家長意願調查</w:t>
      </w:r>
    </w:p>
    <w:p w:rsidR="007E3B1E" w:rsidRPr="006E5C04" w:rsidRDefault="009535C2" w:rsidP="00DD4AA6">
      <w:pPr>
        <w:spacing w:beforeLines="100" w:before="240" w:after="0" w:line="340" w:lineRule="exact"/>
        <w:rPr>
          <w:rFonts w:ascii="芫荽" w:eastAsia="芫荽" w:hAnsi="芫荽" w:cs="芫荽"/>
          <w:sz w:val="26"/>
          <w:szCs w:val="26"/>
          <w:lang w:eastAsia="zh-TW"/>
        </w:rPr>
      </w:pPr>
      <w:r w:rsidRPr="006E5C04">
        <w:rPr>
          <w:rFonts w:ascii="芫荽" w:eastAsia="芫荽" w:hAnsi="芫荽" w:cs="芫荽"/>
          <w:sz w:val="26"/>
          <w:szCs w:val="26"/>
          <w:lang w:eastAsia="zh-TW"/>
        </w:rPr>
        <w:t>教育旅行是多元學習的一環。學校將於行前課程中完成學生分組，並指導行程規劃、路線探索、安全原則與外出應變。城市探索當日，學生將以小組方式行動；帶隊教師會透過網路保持聯繫並掌握各組移動狀況。</w:t>
      </w:r>
    </w:p>
    <w:p w:rsidR="007E3B1E" w:rsidRPr="006E5C04" w:rsidRDefault="009535C2" w:rsidP="00DD4AA6">
      <w:pPr>
        <w:spacing w:beforeLines="50" w:before="120" w:after="0" w:line="340" w:lineRule="exact"/>
        <w:rPr>
          <w:rFonts w:ascii="芫荽" w:eastAsia="芫荽" w:hAnsi="芫荽" w:cs="芫荽"/>
          <w:sz w:val="26"/>
          <w:szCs w:val="26"/>
          <w:lang w:eastAsia="zh-TW"/>
        </w:rPr>
      </w:pPr>
      <w:r w:rsidRPr="006E5C04">
        <w:rPr>
          <w:rFonts w:ascii="芫荽" w:eastAsia="芫荽" w:hAnsi="芫荽" w:cs="芫荽"/>
          <w:b/>
          <w:sz w:val="26"/>
          <w:szCs w:val="26"/>
          <w:lang w:eastAsia="zh-TW"/>
        </w:rPr>
        <w:t>本人是否同意學生在無教師全程隨隊、但教師持續掌握動態並可即時聯繫的情況下，以小組方式進行東京城市探索？</w:t>
      </w:r>
    </w:p>
    <w:p w:rsidR="007E3B1E" w:rsidRPr="006E5C04" w:rsidRDefault="009535C2" w:rsidP="00DD4AA6">
      <w:pPr>
        <w:spacing w:beforeLines="50" w:before="120" w:after="0" w:line="340" w:lineRule="exact"/>
        <w:jc w:val="center"/>
        <w:rPr>
          <w:rFonts w:ascii="芫荽" w:eastAsia="芫荽" w:hAnsi="芫荽" w:cs="芫荽"/>
          <w:sz w:val="26"/>
          <w:szCs w:val="26"/>
          <w:lang w:eastAsia="zh-TW"/>
        </w:rPr>
      </w:pPr>
      <w:r w:rsidRPr="006E5C04">
        <w:rPr>
          <w:rFonts w:ascii="芫荽" w:eastAsia="芫荽" w:hAnsi="芫荽" w:cs="芫荽"/>
          <w:b/>
          <w:sz w:val="26"/>
          <w:szCs w:val="26"/>
          <w:lang w:eastAsia="zh-TW"/>
        </w:rPr>
        <w:t>□ 同意　　　　□ 不同意</w:t>
      </w:r>
    </w:p>
    <w:p w:rsidR="00DD4AA6" w:rsidRPr="006E5C04" w:rsidRDefault="009535C2" w:rsidP="00DD4AA6">
      <w:pPr>
        <w:spacing w:beforeLines="50" w:before="120" w:after="0" w:line="340" w:lineRule="exact"/>
        <w:rPr>
          <w:rFonts w:ascii="芫荽" w:eastAsia="芫荽" w:hAnsi="芫荽" w:cs="芫荽"/>
          <w:sz w:val="26"/>
          <w:szCs w:val="26"/>
          <w:lang w:eastAsia="zh-TW"/>
        </w:rPr>
      </w:pPr>
      <w:r w:rsidRPr="006E5C04">
        <w:rPr>
          <w:rFonts w:ascii="芫荽" w:eastAsia="芫荽" w:hAnsi="芫荽" w:cs="芫荽"/>
          <w:sz w:val="26"/>
          <w:szCs w:val="26"/>
          <w:lang w:eastAsia="zh-TW"/>
        </w:rPr>
        <w:t>此致　國立臺南第一高級中學</w:t>
      </w:r>
    </w:p>
    <w:p w:rsidR="0007490F" w:rsidRPr="006E5C04" w:rsidRDefault="0007490F" w:rsidP="0007490F">
      <w:pPr>
        <w:spacing w:beforeLines="50" w:before="120" w:after="0" w:line="340" w:lineRule="exact"/>
        <w:ind w:firstLineChars="2200" w:firstLine="5726"/>
        <w:rPr>
          <w:rFonts w:ascii="芫荽" w:eastAsia="芫荽" w:hAnsi="芫荽" w:cs="芫荽"/>
          <w:b/>
          <w:sz w:val="26"/>
          <w:szCs w:val="26"/>
          <w:lang w:eastAsia="zh-TW"/>
        </w:rPr>
      </w:pPr>
    </w:p>
    <w:p w:rsidR="007E3B1E" w:rsidRPr="006E5C04" w:rsidRDefault="009535C2" w:rsidP="0007490F">
      <w:pPr>
        <w:spacing w:beforeLines="50" w:before="120" w:after="0" w:line="340" w:lineRule="exact"/>
        <w:ind w:firstLineChars="2200" w:firstLine="5726"/>
        <w:rPr>
          <w:rFonts w:ascii="芫荽" w:eastAsia="芫荽" w:hAnsi="芫荽" w:cs="芫荽"/>
          <w:sz w:val="26"/>
          <w:szCs w:val="26"/>
          <w:lang w:eastAsia="zh-TW"/>
        </w:rPr>
      </w:pPr>
      <w:r w:rsidRPr="006E5C04">
        <w:rPr>
          <w:rFonts w:ascii="芫荽" w:eastAsia="芫荽" w:hAnsi="芫荽" w:cs="芫荽"/>
          <w:b/>
          <w:sz w:val="26"/>
          <w:szCs w:val="26"/>
          <w:lang w:eastAsia="zh-TW"/>
        </w:rPr>
        <w:t>家長簽章：</w:t>
      </w:r>
      <w:r w:rsidRPr="006E5C04">
        <w:rPr>
          <w:rFonts w:ascii="芫荽" w:eastAsia="芫荽" w:hAnsi="芫荽" w:cs="芫荽"/>
          <w:b/>
          <w:i/>
          <w:sz w:val="26"/>
          <w:szCs w:val="26"/>
          <w:u w:val="thick"/>
          <w:lang w:eastAsia="zh-TW"/>
        </w:rPr>
        <w:t xml:space="preserve">　　　　　　　　</w:t>
      </w:r>
      <w:r w:rsidRPr="006E5C04">
        <w:rPr>
          <w:rFonts w:ascii="芫荽" w:eastAsia="芫荽" w:hAnsi="芫荽" w:cs="芫荽"/>
          <w:b/>
          <w:sz w:val="26"/>
          <w:szCs w:val="26"/>
          <w:u w:val="thick"/>
          <w:lang w:eastAsia="zh-TW"/>
        </w:rPr>
        <w:t xml:space="preserve">　</w:t>
      </w:r>
    </w:p>
    <w:p w:rsidR="007E3B1E" w:rsidRPr="006E5C04" w:rsidRDefault="009535C2" w:rsidP="00DD4AA6">
      <w:pPr>
        <w:spacing w:beforeLines="50" w:before="120" w:after="0" w:line="340" w:lineRule="exact"/>
        <w:jc w:val="center"/>
        <w:rPr>
          <w:rFonts w:ascii="芫荽" w:eastAsia="芫荽" w:hAnsi="芫荽" w:cs="芫荽"/>
          <w:sz w:val="26"/>
          <w:szCs w:val="26"/>
          <w:lang w:eastAsia="zh-TW"/>
        </w:rPr>
      </w:pPr>
      <w:r w:rsidRPr="006E5C04">
        <w:rPr>
          <w:rFonts w:ascii="芫荽" w:eastAsia="芫荽" w:hAnsi="芫荽" w:cs="芫荽"/>
          <w:sz w:val="26"/>
          <w:szCs w:val="26"/>
          <w:lang w:eastAsia="zh-TW"/>
        </w:rPr>
        <w:t>中華民國 115 年 9 月　　　日</w:t>
      </w:r>
    </w:p>
    <w:p w:rsidR="00DD4AA6" w:rsidRPr="006E5C04" w:rsidRDefault="00DD4AA6" w:rsidP="00DD4AA6">
      <w:pPr>
        <w:spacing w:beforeLines="50" w:before="120" w:after="0" w:line="340" w:lineRule="exact"/>
        <w:jc w:val="center"/>
        <w:rPr>
          <w:rFonts w:ascii="芫荽" w:eastAsia="芫荽" w:hAnsi="芫荽" w:cs="芫荽"/>
          <w:sz w:val="22"/>
          <w:lang w:eastAsia="zh-TW"/>
        </w:rPr>
      </w:pPr>
    </w:p>
    <w:p w:rsidR="007E3B1E" w:rsidRPr="006E5C04" w:rsidRDefault="009535C2" w:rsidP="00DD4AA6">
      <w:pPr>
        <w:pStyle w:val="1"/>
        <w:pBdr>
          <w:bottom w:val="single" w:sz="8" w:space="3" w:color="A62C2B"/>
        </w:pBdr>
        <w:spacing w:beforeLines="50" w:before="120" w:line="340" w:lineRule="exact"/>
        <w:rPr>
          <w:rFonts w:ascii="芫荽" w:eastAsia="芫荽" w:hAnsi="芫荽" w:cs="芫荽"/>
          <w:color w:val="auto"/>
          <w:sz w:val="22"/>
          <w:szCs w:val="22"/>
          <w:lang w:eastAsia="zh-TW"/>
        </w:rPr>
      </w:pPr>
      <w:r w:rsidRPr="006E5C04">
        <w:rPr>
          <w:rFonts w:ascii="芫荽" w:eastAsia="芫荽" w:hAnsi="芫荽" w:cs="芫荽"/>
          <w:color w:val="auto"/>
          <w:sz w:val="22"/>
          <w:szCs w:val="22"/>
          <w:lang w:eastAsia="zh-TW"/>
        </w:rPr>
        <w:t>家長聯絡資料</w:t>
      </w:r>
    </w:p>
    <w:tbl>
      <w:tblPr>
        <w:tblW w:w="9648" w:type="dxa"/>
        <w:jc w:val="center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3096"/>
        <w:gridCol w:w="1944"/>
        <w:gridCol w:w="2880"/>
      </w:tblGrid>
      <w:tr w:rsidR="00DD4AA6" w:rsidRPr="006E5C04">
        <w:trPr>
          <w:jc w:val="center"/>
        </w:trPr>
        <w:tc>
          <w:tcPr>
            <w:tcW w:w="1728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  <w:r w:rsidRPr="006E5C04">
              <w:rPr>
                <w:rFonts w:ascii="芫荽" w:eastAsia="芫荽" w:hAnsi="芫荽" w:cs="芫荽"/>
                <w:b/>
                <w:sz w:val="22"/>
              </w:rPr>
              <w:t>學生姓名</w:t>
            </w:r>
          </w:p>
        </w:tc>
        <w:tc>
          <w:tcPr>
            <w:tcW w:w="30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7E3B1E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</w:p>
        </w:tc>
        <w:tc>
          <w:tcPr>
            <w:tcW w:w="1944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  <w:r w:rsidRPr="006E5C04">
              <w:rPr>
                <w:rFonts w:ascii="芫荽" w:eastAsia="芫荽" w:hAnsi="芫荽" w:cs="芫荽"/>
                <w:b/>
                <w:sz w:val="22"/>
              </w:rPr>
              <w:t>監護人姓名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7E3B1E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</w:p>
        </w:tc>
      </w:tr>
      <w:tr w:rsidR="00DD4AA6" w:rsidRPr="006E5C04">
        <w:trPr>
          <w:jc w:val="center"/>
        </w:trPr>
        <w:tc>
          <w:tcPr>
            <w:tcW w:w="1728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  <w:r w:rsidRPr="006E5C04">
              <w:rPr>
                <w:rFonts w:ascii="芫荽" w:eastAsia="芫荽" w:hAnsi="芫荽" w:cs="芫荽"/>
                <w:b/>
                <w:sz w:val="22"/>
              </w:rPr>
              <w:t>班級／座號</w:t>
            </w:r>
          </w:p>
        </w:tc>
        <w:tc>
          <w:tcPr>
            <w:tcW w:w="30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  <w:r w:rsidRPr="006E5C04">
              <w:rPr>
                <w:rFonts w:ascii="芫荽" w:eastAsia="芫荽" w:hAnsi="芫荽" w:cs="芫荽"/>
                <w:sz w:val="22"/>
              </w:rPr>
              <w:t xml:space="preserve">　</w:t>
            </w:r>
            <w:r w:rsidR="007E5872">
              <w:rPr>
                <w:rFonts w:ascii="芫荽" w:eastAsia="芫荽" w:hAnsi="芫荽" w:cs="芫荽" w:hint="eastAsia"/>
                <w:sz w:val="22"/>
                <w:lang w:eastAsia="zh-TW"/>
              </w:rPr>
              <w:t xml:space="preserve"> </w:t>
            </w:r>
            <w:r w:rsidR="007E5872">
              <w:rPr>
                <w:rFonts w:ascii="芫荽" w:eastAsia="芫荽" w:hAnsi="芫荽" w:cs="芫荽"/>
                <w:sz w:val="22"/>
                <w:lang w:eastAsia="zh-TW"/>
              </w:rPr>
              <w:t xml:space="preserve">   </w:t>
            </w:r>
            <w:r w:rsidRPr="006E5C04">
              <w:rPr>
                <w:rFonts w:ascii="芫荽" w:eastAsia="芫荽" w:hAnsi="芫荽" w:cs="芫荽"/>
                <w:sz w:val="22"/>
              </w:rPr>
              <w:t>年</w:t>
            </w:r>
            <w:r w:rsidR="007E5872">
              <w:rPr>
                <w:rFonts w:ascii="芫荽" w:eastAsia="芫荽" w:hAnsi="芫荽" w:cs="芫荽" w:hint="eastAsia"/>
                <w:sz w:val="22"/>
                <w:lang w:eastAsia="zh-TW"/>
              </w:rPr>
              <w:t xml:space="preserve"> </w:t>
            </w:r>
            <w:r w:rsidR="007E5872">
              <w:rPr>
                <w:rFonts w:ascii="芫荽" w:eastAsia="芫荽" w:hAnsi="芫荽" w:cs="芫荽"/>
                <w:sz w:val="22"/>
                <w:lang w:eastAsia="zh-TW"/>
              </w:rPr>
              <w:t xml:space="preserve">    </w:t>
            </w:r>
            <w:r w:rsidRPr="006E5C04">
              <w:rPr>
                <w:rFonts w:ascii="芫荽" w:eastAsia="芫荽" w:hAnsi="芫荽" w:cs="芫荽"/>
                <w:sz w:val="22"/>
              </w:rPr>
              <w:t xml:space="preserve">　班　</w:t>
            </w:r>
            <w:r w:rsidR="007E5872">
              <w:rPr>
                <w:rFonts w:ascii="芫荽" w:eastAsia="芫荽" w:hAnsi="芫荽" w:cs="芫荽" w:hint="eastAsia"/>
                <w:sz w:val="22"/>
                <w:lang w:eastAsia="zh-TW"/>
              </w:rPr>
              <w:t xml:space="preserve"> </w:t>
            </w:r>
            <w:r w:rsidR="007E5872">
              <w:rPr>
                <w:rFonts w:ascii="芫荽" w:eastAsia="芫荽" w:hAnsi="芫荽" w:cs="芫荽"/>
                <w:sz w:val="22"/>
                <w:lang w:eastAsia="zh-TW"/>
              </w:rPr>
              <w:t xml:space="preserve">     </w:t>
            </w:r>
            <w:r w:rsidRPr="006E5C04">
              <w:rPr>
                <w:rFonts w:ascii="芫荽" w:eastAsia="芫荽" w:hAnsi="芫荽" w:cs="芫荽"/>
                <w:sz w:val="22"/>
              </w:rPr>
              <w:t>號</w:t>
            </w:r>
          </w:p>
        </w:tc>
        <w:tc>
          <w:tcPr>
            <w:tcW w:w="1944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  <w:r w:rsidRPr="006E5C04">
              <w:rPr>
                <w:rFonts w:ascii="芫荽" w:eastAsia="芫荽" w:hAnsi="芫荽" w:cs="芫荽"/>
                <w:b/>
                <w:sz w:val="22"/>
              </w:rPr>
              <w:t>監護人電話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7E3B1E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</w:p>
        </w:tc>
      </w:tr>
      <w:tr w:rsidR="00DD4AA6" w:rsidRPr="006E5C04">
        <w:trPr>
          <w:jc w:val="center"/>
        </w:trPr>
        <w:tc>
          <w:tcPr>
            <w:tcW w:w="1728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  <w:r w:rsidRPr="006E5C04">
              <w:rPr>
                <w:rFonts w:ascii="芫荽" w:eastAsia="芫荽" w:hAnsi="芫荽" w:cs="芫荽"/>
                <w:b/>
                <w:sz w:val="22"/>
              </w:rPr>
              <w:t>學生聯絡電話</w:t>
            </w:r>
          </w:p>
        </w:tc>
        <w:tc>
          <w:tcPr>
            <w:tcW w:w="30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7E3B1E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</w:p>
        </w:tc>
        <w:tc>
          <w:tcPr>
            <w:tcW w:w="1944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9535C2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  <w:r w:rsidRPr="006E5C04">
              <w:rPr>
                <w:rFonts w:ascii="芫荽" w:eastAsia="芫荽" w:hAnsi="芫荽" w:cs="芫荽"/>
                <w:b/>
                <w:sz w:val="22"/>
              </w:rPr>
              <w:t>緊急聯絡電話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E3B1E" w:rsidRPr="006E5C04" w:rsidRDefault="007E3B1E" w:rsidP="00DD4AA6">
            <w:pPr>
              <w:spacing w:beforeLines="50" w:before="120" w:after="0" w:line="340" w:lineRule="exact"/>
              <w:rPr>
                <w:rFonts w:ascii="芫荽" w:eastAsia="芫荽" w:hAnsi="芫荽" w:cs="芫荽"/>
                <w:sz w:val="22"/>
              </w:rPr>
            </w:pPr>
          </w:p>
        </w:tc>
      </w:tr>
    </w:tbl>
    <w:p w:rsidR="007E3B1E" w:rsidRPr="006E5C04" w:rsidRDefault="009535C2" w:rsidP="00DD4AA6">
      <w:pPr>
        <w:spacing w:beforeLines="50" w:before="120" w:after="0" w:line="340" w:lineRule="exact"/>
        <w:rPr>
          <w:rFonts w:ascii="芫荽" w:eastAsia="芫荽" w:hAnsi="芫荽" w:cs="芫荽"/>
          <w:sz w:val="22"/>
        </w:rPr>
      </w:pPr>
      <w:r w:rsidRPr="006E5C04">
        <w:rPr>
          <w:rFonts w:ascii="芫荽" w:eastAsia="芫荽" w:hAnsi="芫荽" w:cs="芫荽"/>
          <w:b/>
          <w:sz w:val="22"/>
        </w:rPr>
        <w:t>注意事項</w:t>
      </w:r>
    </w:p>
    <w:p w:rsidR="007E3B1E" w:rsidRPr="006E5C04" w:rsidRDefault="009535C2" w:rsidP="00DD4AA6">
      <w:pPr>
        <w:pStyle w:val="a0"/>
        <w:spacing w:beforeLines="50" w:before="120" w:after="0" w:line="340" w:lineRule="exact"/>
        <w:ind w:left="648" w:hanging="317"/>
        <w:rPr>
          <w:rFonts w:ascii="芫荽" w:eastAsia="芫荽" w:hAnsi="芫荽" w:cs="芫荽"/>
          <w:sz w:val="22"/>
          <w:lang w:eastAsia="zh-TW"/>
        </w:rPr>
      </w:pPr>
      <w:r w:rsidRPr="006E5C04">
        <w:rPr>
          <w:rFonts w:ascii="芫荽" w:eastAsia="芫荽" w:hAnsi="芫荽" w:cs="芫荽"/>
          <w:sz w:val="22"/>
          <w:lang w:eastAsia="zh-TW"/>
        </w:rPr>
        <w:t>錄取公告後，須於 10 月 2 日（五）前將訂金 10,000 元繳費收據及本家長同意書繳交至圖書館讀者服務組，始完成報名。</w:t>
      </w:r>
    </w:p>
    <w:p w:rsidR="007E3B1E" w:rsidRPr="006E5C04" w:rsidRDefault="009535C2" w:rsidP="00DD4AA6">
      <w:pPr>
        <w:pStyle w:val="a0"/>
        <w:spacing w:beforeLines="50" w:before="120" w:after="0" w:line="340" w:lineRule="exact"/>
        <w:ind w:left="648" w:hanging="317"/>
        <w:rPr>
          <w:rFonts w:ascii="芫荽" w:eastAsia="芫荽" w:hAnsi="芫荽" w:cs="芫荽"/>
          <w:sz w:val="22"/>
          <w:lang w:eastAsia="zh-TW"/>
        </w:rPr>
      </w:pPr>
      <w:r w:rsidRPr="006E5C04">
        <w:rPr>
          <w:rFonts w:ascii="芫荽" w:eastAsia="芫荽" w:hAnsi="芫荽" w:cs="芫荽"/>
          <w:sz w:val="22"/>
          <w:lang w:eastAsia="zh-TW"/>
        </w:rPr>
        <w:t>如有疑問，請洽圖書館讀者服務組楊秀蘭組長，電話 06-2371206 分機 620。</w:t>
      </w:r>
    </w:p>
    <w:sectPr w:rsidR="007E3B1E" w:rsidRPr="006E5C04" w:rsidSect="0007490F">
      <w:headerReference w:type="default" r:id="rId8"/>
      <w:footerReference w:type="default" r:id="rId9"/>
      <w:pgSz w:w="11909" w:h="16834" w:code="9"/>
      <w:pgMar w:top="510" w:right="851" w:bottom="510" w:left="851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140" w:rsidRDefault="00163140">
      <w:pPr>
        <w:spacing w:after="0" w:line="240" w:lineRule="auto"/>
      </w:pPr>
      <w:r>
        <w:separator/>
      </w:r>
    </w:p>
  </w:endnote>
  <w:endnote w:type="continuationSeparator" w:id="0">
    <w:p w:rsidR="00163140" w:rsidRDefault="00163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芫荽">
    <w:panose1 w:val="00000000000000000000"/>
    <w:charset w:val="88"/>
    <w:family w:val="auto"/>
    <w:pitch w:val="variable"/>
    <w:sig w:usb0="E00002FF" w:usb1="6ACFFCFF" w:usb2="00000052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B1E" w:rsidRDefault="009535C2">
    <w:pPr>
      <w:pStyle w:val="a7"/>
      <w:jc w:val="center"/>
      <w:rPr>
        <w:lang w:eastAsia="zh-TW"/>
      </w:rPr>
    </w:pPr>
    <w:r>
      <w:rPr>
        <w:color w:val="59636B"/>
        <w:sz w:val="16"/>
        <w:lang w:eastAsia="zh-TW"/>
      </w:rPr>
      <w:t xml:space="preserve">2027 日本國際教育參訪　•　</w:t>
    </w:r>
    <w:r>
      <w:fldChar w:fldCharType="begin"/>
    </w:r>
    <w:r>
      <w:rPr>
        <w:lang w:eastAsia="zh-TW"/>
      </w:rPr>
      <w:instrText>PAGE</w:instrText>
    </w:r>
    <w:r>
      <w:fldChar w:fldCharType="separate"/>
    </w:r>
    <w:r w:rsidR="000106BF">
      <w:rPr>
        <w:noProof/>
        <w:lang w:eastAsia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140" w:rsidRDefault="00163140">
      <w:pPr>
        <w:spacing w:after="0" w:line="240" w:lineRule="auto"/>
      </w:pPr>
      <w:r>
        <w:separator/>
      </w:r>
    </w:p>
  </w:footnote>
  <w:footnote w:type="continuationSeparator" w:id="0">
    <w:p w:rsidR="00163140" w:rsidRDefault="00163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952"/>
      <w:gridCol w:w="6696"/>
    </w:tblGrid>
    <w:tr w:rsidR="007E3B1E">
      <w:trPr>
        <w:jc w:val="center"/>
      </w:trPr>
      <w:tc>
        <w:tcPr>
          <w:tcW w:w="2952" w:type="dxa"/>
        </w:tcPr>
        <w:p w:rsidR="007E3B1E" w:rsidRDefault="009535C2">
          <w:pPr>
            <w:spacing w:after="0"/>
          </w:pPr>
          <w:r>
            <w:rPr>
              <w:noProof/>
              <w:lang w:eastAsia="zh-TW"/>
            </w:rPr>
            <w:drawing>
              <wp:inline distT="0" distB="0" distL="0" distR="0">
                <wp:extent cx="1737360" cy="435289"/>
                <wp:effectExtent l="0" t="0" r="0" b="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發現日本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0" cy="4352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6" w:type="dxa"/>
        </w:tcPr>
        <w:p w:rsidR="007E3B1E" w:rsidRDefault="009535C2">
          <w:pPr>
            <w:spacing w:after="0"/>
            <w:jc w:val="right"/>
          </w:pPr>
          <w:r>
            <w:rPr>
              <w:b/>
              <w:color w:val="59636B"/>
              <w:sz w:val="17"/>
            </w:rPr>
            <w:t>2027 日本國際教育參訪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06BF"/>
    <w:rsid w:val="00034616"/>
    <w:rsid w:val="0006063C"/>
    <w:rsid w:val="0007490F"/>
    <w:rsid w:val="0015074B"/>
    <w:rsid w:val="00163140"/>
    <w:rsid w:val="001D2E71"/>
    <w:rsid w:val="0029639D"/>
    <w:rsid w:val="00326F90"/>
    <w:rsid w:val="00372767"/>
    <w:rsid w:val="0049132D"/>
    <w:rsid w:val="00493BA6"/>
    <w:rsid w:val="004D5248"/>
    <w:rsid w:val="00566C0A"/>
    <w:rsid w:val="006E5C04"/>
    <w:rsid w:val="007E3B1E"/>
    <w:rsid w:val="007E5872"/>
    <w:rsid w:val="009535C2"/>
    <w:rsid w:val="009C3E2F"/>
    <w:rsid w:val="00AA1D8D"/>
    <w:rsid w:val="00B0494B"/>
    <w:rsid w:val="00B47730"/>
    <w:rsid w:val="00CB0664"/>
    <w:rsid w:val="00DD4AA6"/>
    <w:rsid w:val="00FB64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0139518-2AE9-4B24-8859-8BA5F134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Noto Sans TC" w:eastAsia="Noto Sans TC" w:hAnsi="Noto Sans TC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62C2B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24D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49132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b">
    <w:name w:val="註解方塊文字 字元"/>
    <w:basedOn w:val="a2"/>
    <w:link w:val="affa"/>
    <w:uiPriority w:val="99"/>
    <w:semiHidden/>
    <w:rsid w:val="004913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BFD229-DAD3-439F-AE1A-8757389F8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臺南一中2027日本國際教育參訪實施計畫及家長同意書</dc:title>
  <dc:subject/>
  <dc:creator>國立臺南第一高級中學圖書館讀者服務組</dc:creator>
  <cp:keywords/>
  <dc:description>generated by python-docx</dc:description>
  <cp:lastModifiedBy>Microsoft 帳戶</cp:lastModifiedBy>
  <cp:revision>3</cp:revision>
  <cp:lastPrinted>2026-08-30T07:54:00Z</cp:lastPrinted>
  <dcterms:created xsi:type="dcterms:W3CDTF">2026-09-10T11:51:00Z</dcterms:created>
  <dcterms:modified xsi:type="dcterms:W3CDTF">2026-09-10T11:52:00Z</dcterms:modified>
  <cp:category/>
</cp:coreProperties>
</file>